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Payment-Chasing Email Pack</w:t>
      </w:r>
    </w:p>
    <w:p>
      <w:r>
        <w:t>Twelve ready-to-send emails that chase late payments politely, from a friendly heads-up to a final notice. Replace every bracketed field — [CLIENT NAME], [INVOICE NUMBER], [AMOUNT], [DUE DATE], [PROJECT NAME], [YOUR NAME] — with your own details before sending.</w:t>
      </w:r>
    </w:p>
    <w:p>
      <w:pPr>
        <w:pStyle w:val="Heading1"/>
      </w:pPr>
      <w:r>
        <w:t>Email 1 — Pre-due heads-up — 3 days before</w:t>
      </w:r>
    </w:p>
    <w:p>
      <w:r>
        <w:t>Subject: A friendly heads-up: invoice [INVOICE NUMBER] is due soon</w:t>
      </w:r>
    </w:p>
    <w:p>
      <w:r>
        <w:t>Hi [CLIENT NAME], I hope you are well. This is a quick heads-up that invoice [INVOICE NUMBER] for [AMOUNT] is due on [DUE DATE], covering the [PROJECT NAME] work. There is nothing you need to do right now if payment is already on its way. I just wanted to give you a little notice so the date does not catch you by surprise. If you need the invoice re-sent, or if your accounts team needs any extra detail, just let me know and I will send it straight over. Thank you again for working with me on this project. Best wishes, [YOUR NAME]</w:t>
      </w:r>
    </w:p>
    <w:p>
      <w:pPr>
        <w:pStyle w:val="Heading1"/>
      </w:pPr>
      <w:r>
        <w:t>Email 2 — Due today</w:t>
      </w:r>
    </w:p>
    <w:p>
      <w:r>
        <w:t>Subject: Invoice [INVOICE NUMBER] is due today — [AMOUNT]</w:t>
      </w:r>
    </w:p>
    <w:p>
      <w:r>
        <w:t>Hi [CLIENT NAME], I hope your week is going well. A short note to say that invoice [INVOICE NUMBER] for [AMOUNT] falls due today, [DUE DATE], for the [PROJECT NAME] work. If payment is already on its way, please ignore this message and thank you. If it helps, I can re-send the invoice or add any reference your accounts team needs. I appreciate your business and I am glad to keep working together. Please let me know once payment has gone through, so I can mark the invoice as settled. Warm regards, [YOUR NAME]</w:t>
      </w:r>
    </w:p>
    <w:p>
      <w:pPr>
        <w:pStyle w:val="Heading1"/>
      </w:pPr>
      <w:r>
        <w:t>Email 3 — Gentle nudge — 3 days overdue</w:t>
      </w:r>
    </w:p>
    <w:p>
      <w:r>
        <w:t>Subject: A gentle nudge on invoice [INVOICE NUMBER]</w:t>
      </w:r>
    </w:p>
    <w:p>
      <w:r>
        <w:t>Hi [CLIENT NAME], I hope all is well. I am writing with a gentle nudge about invoice [INVOICE NUMBER] for [AMOUNT], which was due on [DUE DATE] for the [PROJECT NAME] work. It may simply be sitting in a queue, and that is no trouble at all. If you could let me know when payment is expected, I can plan around it. If the invoice did not reach the right person, tell me who should receive it and I will send it there today. Thank you for your help, and I look forward to hearing from you. Best wishes, [YOUR NAME]</w:t>
      </w:r>
    </w:p>
    <w:p>
      <w:pPr>
        <w:pStyle w:val="Heading1"/>
      </w:pPr>
      <w:r>
        <w:t>Email 4 — Firm reminder — 7 days overdue</w:t>
      </w:r>
    </w:p>
    <w:p>
      <w:r>
        <w:t>Subject: Reminder: invoice [INVOICE NUMBER] is now 7 days overdue</w:t>
      </w:r>
    </w:p>
    <w:p>
      <w:r>
        <w:t>Hi [CLIENT NAME], I am following up on invoice [INVOICE NUMBER] for [AMOUNT], which was due on [DUE DATE] for the [PROJECT NAME] work and is now one week overdue. Could you please confirm when payment will be made, or let me know if there is a problem with the invoice that I can fix? If your accounts team needs a copy, a purchase order number, or any extra detail, I am happy to provide it right away. I value our working relationship and I would like to keep it smooth. I look forward to your reply. Kind regards, [YOUR NAME]</w:t>
      </w:r>
    </w:p>
    <w:p>
      <w:pPr>
        <w:pStyle w:val="Heading1"/>
      </w:pPr>
      <w:r>
        <w:t>Email 5 — Second firm reminder — 14 days overdue</w:t>
      </w:r>
    </w:p>
    <w:p>
      <w:r>
        <w:t>Subject: Second reminder: invoice [INVOICE NUMBER] is 14 days overdue</w:t>
      </w:r>
    </w:p>
    <w:p>
      <w:r>
        <w:t>Hi [CLIENT NAME], this is my second reminder about invoice [INVOICE NUMBER] for [AMOUNT], due on [DUE DATE] for the [PROJECT NAME] work. It is now two weeks overdue, and I have not yet received payment or a reply about it. Please could you confirm a payment date this week, or tell me honestly if something is holding it up? If the invoice needs to go to someone else, please share their details and I will re-send it at once. I would rather sort this out between us than let it drag on. Thank you, [YOUR NAME]</w:t>
      </w:r>
    </w:p>
    <w:p>
      <w:pPr>
        <w:pStyle w:val="Heading1"/>
      </w:pPr>
      <w:r>
        <w:t>Email 6 — Payment-plan offer</w:t>
      </w:r>
    </w:p>
    <w:p>
      <w:r>
        <w:t>Subject: Can we split invoice [INVOICE NUMBER] into a payment plan?</w:t>
      </w:r>
    </w:p>
    <w:p>
      <w:r>
        <w:t>Hi [CLIENT NAME], I understand that a lump sum is not always easy, so I wanted to offer a simple option. Invoice [INVOICE NUMBER] for [AMOUNT], due on [DUE DATE] for the [PROJECT NAME] work, could be split into smaller payments over the next few weeks if that helps. If that sounds useful, tell me what schedule works for you and I will confirm it in writing, with each instalment date and amount. There is no penalty for asking — I would rather agree a plan we both trust than keep chasing. Please let me know what you think. Best wishes, [YOUR NAME]</w:t>
      </w:r>
    </w:p>
    <w:p>
      <w:pPr>
        <w:pStyle w:val="Heading1"/>
      </w:pPr>
      <w:r>
        <w:t>Email 7 — Pause-work notice — 21 days overdue</w:t>
      </w:r>
    </w:p>
    <w:p>
      <w:r>
        <w:t>Subject: Work will pause until invoice [INVOICE NUMBER] is settled</w:t>
      </w:r>
    </w:p>
    <w:p>
      <w:r>
        <w:t>Hi [CLIENT NAME], I am sorry to write this, but invoice [INVOICE NUMBER] for [AMOUNT], due on [DUE DATE] for the [PROJECT NAME] work, is now three weeks overdue despite my earlier messages. Until it is settled, I will have to pause any further work on your projects, including revisions and new tasks. This is not a step I take lightly, and it is easy to reverse: as soon as payment lands, work resumes straight away. Please confirm a payment date, or tell me if there is a dispute I should address first. Thank you for understanding, [YOUR NAME]</w:t>
      </w:r>
    </w:p>
    <w:p>
      <w:pPr>
        <w:pStyle w:val="Heading1"/>
      </w:pPr>
      <w:r>
        <w:t>Email 8 — Final notice — 30 days overdue</w:t>
      </w:r>
    </w:p>
    <w:p>
      <w:r>
        <w:t>Subject: Final notice: invoice [INVOICE NUMBER] must be paid within 7 days</w:t>
      </w:r>
    </w:p>
    <w:p>
      <w:r>
        <w:t>Hi [CLIENT NAME], this is a final notice about invoice [INVOICE NUMBER] for [AMOUNT], due on [DUE DATE] for the [PROJECT NAME] work. It is now thirty days overdue. Please arrange full payment within seven days of this message. If payment is not received by then, I will have to pass the account to a collections process, which adds cost and trouble for both of us. I would much rather close this between us. If you believe the invoice is wrong, tell me now and I will review it at once. Regards, [YOUR NAME]</w:t>
      </w:r>
    </w:p>
    <w:p>
      <w:pPr>
        <w:pStyle w:val="Heading1"/>
      </w:pPr>
      <w:r>
        <w:t>Email 9 — Accounts-team contact request</w:t>
      </w:r>
    </w:p>
    <w:p>
      <w:r>
        <w:t>Subject: Who handles payments for invoice [INVOICE NUMBER]?</w:t>
      </w:r>
    </w:p>
    <w:p>
      <w:r>
        <w:t>Hi [CLIENT NAME], I hope you are well. I have been writing about invoice [INVOICE NUMBER] for [AMOUNT], due on [DUE DATE] for the [PROJECT NAME] work, but I am not sure my messages are reaching the person who handles payments. Could you please share the name and email of your accounts contact, or forward this message to them? I will then deal with them directly and stop troubling you. If payment is already arranged, a short confirmation is all I need. Thank you for pointing me in the right direction. Best wishes, [YOUR NAME]</w:t>
      </w:r>
    </w:p>
    <w:p>
      <w:pPr>
        <w:pStyle w:val="Heading1"/>
      </w:pPr>
      <w:r>
        <w:t>Email 10 — Invoice re-sent note</w:t>
      </w:r>
    </w:p>
    <w:p>
      <w:r>
        <w:t>Subject: Re-sent: invoice [INVOICE NUMBER] for [AMOUNT]</w:t>
      </w:r>
    </w:p>
    <w:p>
      <w:r>
        <w:t>Hi [CLIENT NAME], as requested, I have attached a fresh copy of invoice [INVOICE NUMBER] for [AMOUNT], originally due on [DUE DATE] for the [PROJECT NAME] work. Nothing on it has changed except the copy itself, so your records should match. Please let me know once it has arrived safely, and whether your accounts team needs anything else from me, such as a purchase order reference or a different format. I am happy to help. Thank you, and I look forward to your confirmation. Warm regards, [YOUR NAME]</w:t>
      </w:r>
    </w:p>
    <w:p>
      <w:pPr>
        <w:pStyle w:val="Heading1"/>
      </w:pPr>
      <w:r>
        <w:t>Email 11 — Deposit reminder for the next project</w:t>
      </w:r>
    </w:p>
    <w:p>
      <w:r>
        <w:t>Subject: A quick note on the deposit for [PROJECT NAME]</w:t>
      </w:r>
    </w:p>
    <w:p>
      <w:r>
        <w:t>Hi [CLIENT NAME], I am looking forward to starting the next stage of [PROJECT NAME] with you. Before I begin, a deposit of [AMOUNT] is due, as agreed in our proposal, and the balance will fall due on [DUE DATE]. The deposit reserves your slot in my schedule and covers the first round of work. Once it is received, I will confirm the start date and send over the brief for your approval. If you need a fresh invoice for the deposit, just say the word and I will send invoice [INVOICE NUMBER] right away. Thank you, [YOUR NAME]</w:t>
      </w:r>
    </w:p>
    <w:p>
      <w:pPr>
        <w:pStyle w:val="Heading1"/>
      </w:pPr>
      <w:r>
        <w:t>Email 12 — Payment received — thank you</w:t>
      </w:r>
    </w:p>
    <w:p>
      <w:r>
        <w:t>Subject: Thank you — payment received for invoice [INVOICE NUMBER]</w:t>
      </w:r>
    </w:p>
    <w:p>
      <w:r>
        <w:t>Hi [CLIENT NAME], thank you — I can confirm that payment of [AMOUNT] for invoice [INVOICE NUMBER] has been received, covering the [PROJECT NAME] work due on [DUE DATE]. Your account is now fully up to date, and it has been a pleasure working with you. If you need a receipt for your records, I am happy to send one. I would be glad to work together again, so please keep me in mind for your next project. Thanks again for a smooth collaboration. Warm regards, [YOUR NAME]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